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바탕" w:hAnsi="바탕" w:eastAsia="바탕"/>
          <w:b w:val="0"/>
          <w:color w:val="7B8088"/>
          <w:sz w:val="18"/>
        </w:rPr>
        <w:t>발 행 · 도 서 출 판 청 람 서 루</w:t>
      </w:r>
    </w:p>
    <w:p>
      <w:pPr>
        <w:spacing w:before="0" w:after="60"/>
        <w:jc w:val="center"/>
      </w:pPr>
      <w:r>
        <w:rPr>
          <w:rFonts w:ascii="바탕" w:hAnsi="바탕" w:eastAsia="바탕"/>
          <w:b/>
          <w:color w:val="202F3D"/>
          <w:sz w:val="36"/>
        </w:rPr>
        <w:t>『청람서루』 원고 투고 신청서</w:t>
      </w:r>
    </w:p>
    <w:p>
      <w:pPr>
        <w:spacing w:before="0" w:after="60"/>
        <w:jc w:val="center"/>
      </w:pPr>
      <w:r>
        <w:rPr>
          <w:rFonts w:ascii="바탕" w:hAnsi="바탕" w:eastAsia="바탕"/>
          <w:b/>
          <w:color w:val="202F3D"/>
          <w:sz w:val="20"/>
        </w:rPr>
        <w:t>문예 월간지 · 상시 접수</w:t>
      </w:r>
    </w:p>
    <w:p>
      <w:pPr>
        <w:spacing w:before="0" w:after="80"/>
        <w:jc w:val="center"/>
      </w:pPr>
      <w:r>
        <w:rPr>
          <w:rFonts w:ascii="바탕" w:hAnsi="바탕" w:eastAsia="바탕"/>
          <w:b w:val="0"/>
          <w:color w:val="7B8088"/>
          <w:sz w:val="18"/>
        </w:rPr>
        <w:t>투고 원고와 이 신청서를 함께 보내 주십시오 · 원고에는 성명과 연락처를 적지 않습니다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fill="F3F5F7"/>
          </w:tcPr>
          <w:p>
            <w:pPr>
              <w:spacing w:before="60" w:after="20"/>
            </w:pPr>
            <w:r>
              <w:rPr>
                <w:rFonts w:ascii="바탕" w:hAnsi="바탕" w:eastAsia="바탕"/>
                <w:b/>
                <w:color w:val="202F3D"/>
                <w:sz w:val="19"/>
              </w:rPr>
              <w:t>작성 방법</w:t>
            </w:r>
          </w:p>
          <w:p>
            <w:pPr>
              <w:spacing w:before="0" w:after="20"/>
            </w:pPr>
            <w:r>
              <w:rPr>
                <w:rFonts w:ascii="바탕" w:hAnsi="바탕" w:eastAsia="바탕"/>
                <w:b w:val="0"/>
                <w:color w:val="7B8088"/>
                <w:sz w:val="18"/>
              </w:rPr>
              <w:t>· 회색 칸 오른쪽의 빈칸을 눌러 그대로 타이핑하시면 됩니다.</w:t>
            </w:r>
          </w:p>
          <w:p>
            <w:pPr>
              <w:spacing w:before="0" w:after="20"/>
            </w:pPr>
            <w:r>
              <w:rPr>
                <w:rFonts w:ascii="바탕" w:hAnsi="바탕" w:eastAsia="바탕"/>
                <w:b w:val="0"/>
                <w:color w:val="7B8088"/>
                <w:sz w:val="18"/>
              </w:rPr>
              <w:t>· 표시할 곳은  [   ]  안에  V  를 적으십시오.  (기호를 쓰시려면  ■  를 복사해 붙이셔도 됩니다)</w:t>
            </w:r>
          </w:p>
          <w:p>
            <w:pPr>
              <w:spacing w:before="0" w:after="20"/>
            </w:pPr>
            <w:r>
              <w:rPr>
                <w:rFonts w:ascii="바탕" w:hAnsi="바탕" w:eastAsia="바탕"/>
                <w:b w:val="0"/>
                <w:color w:val="7B8088"/>
                <w:sz w:val="18"/>
              </w:rPr>
              <w:t>· 괄호 안 분량은 200자 원고지 기준이며 기준일 뿐입니다. 한 편만 보내셔도 되고, 조금 넘거나 모자라도 괜찮습니다. 지면 사정에 따라 나누어 싣거나 분량 조정을 여쭐 수 있습니다.</w:t>
            </w:r>
          </w:p>
          <w:p>
            <w:pPr>
              <w:spacing w:before="0" w:after="20"/>
            </w:pPr>
            <w:r>
              <w:rPr>
                <w:rFonts w:ascii="바탕" w:hAnsi="바탕" w:eastAsia="바탕"/>
                <w:b w:val="0"/>
                <w:color w:val="7B8088"/>
                <w:sz w:val="18"/>
              </w:rPr>
              <w:t>· 다 쓰신 뒤 이 파일을 투고 원고와 함께 전자우편으로 보내 주십시오.</w:t>
            </w:r>
          </w:p>
        </w:tc>
      </w:tr>
    </w:tbl>
    <w:p>
      <w:pPr>
        <w:spacing w:before="360" w:after="40"/>
        <w:jc w:val="left"/>
        <w:keepNext/>
      </w:pPr>
      <w:r>
        <w:rPr>
          <w:rFonts w:ascii="바탕" w:hAnsi="바탕" w:eastAsia="바탕"/>
          <w:b/>
          <w:color w:val="202F3D"/>
          <w:sz w:val="22"/>
        </w:rPr>
        <w:t>1. 투고 사항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2041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투고 부문 · 문학</w:t>
            </w:r>
          </w:p>
        </w:tc>
        <w:tc>
          <w:tcPr>
            <w:tcW w:type="dxa" w:w="7597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7B8088"/>
                <w:sz w:val="19"/>
              </w:rPr>
              <w:t>[   ] 시 · 시조 (5편 이내)   [   ] 동시 · 동화 (동시 5편 이내 · 동화 20~30매 내외)</w:t>
              <w:br/>
              <w:t>[   ] 소설 (70~90매 내외)   [   ] 수필 (10~15매 내외)</w:t>
              <w:br/>
              <w:t>[   ] 희곡 · 시나리오 (단막 50~80매 내외)</w:t>
              <w:br/>
              <w:t>[   ] 평론 · 서평 (서평 10매 내외 · 평론 30~50매 내외)</w:t>
              <w:br/>
              <w:t>[   ] 번역 (시 5편 이내 · 산문 20~30매 내외)</w:t>
            </w:r>
          </w:p>
        </w:tc>
      </w:tr>
      <w:tr>
        <w:trPr>
          <w:cantSplit/>
        </w:trPr>
        <w:tc>
          <w:tcPr>
            <w:tcW w:type="dxa" w:w="2041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투고 부문 · 논고 · 기록</w:t>
            </w:r>
          </w:p>
        </w:tc>
        <w:tc>
          <w:tcPr>
            <w:tcW w:type="dxa" w:w="7597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7B8088"/>
                <w:sz w:val="19"/>
              </w:rPr>
              <w:t>[   ] 논고 — 철학 · 과학기술 · 노동과 경제 · 교육 · 종교 (30~50매 내외)</w:t>
              <w:br/>
              <w:t>[   ] 현장 인터뷰 · 르포 (30~50매 내외)</w:t>
            </w:r>
          </w:p>
        </w:tc>
      </w:tr>
      <w:tr>
        <w:trPr>
          <w:cantSplit/>
        </w:trPr>
        <w:tc>
          <w:tcPr>
            <w:tcW w:type="dxa" w:w="2041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작품 제목</w:t>
            </w:r>
          </w:p>
        </w:tc>
        <w:tc>
          <w:tcPr>
            <w:tcW w:type="dxa" w:w="7597"/>
          </w:tcPr>
          <w:p>
            <w:pPr>
              <w:spacing w:before="40" w:after="40"/>
            </w:pPr>
          </w:p>
        </w:tc>
      </w:tr>
      <w:tr>
        <w:trPr>
          <w:cantSplit/>
        </w:trPr>
        <w:tc>
          <w:tcPr>
            <w:tcW w:type="dxa" w:w="2041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원작 사항</w:t>
            </w:r>
          </w:p>
        </w:tc>
        <w:tc>
          <w:tcPr>
            <w:tcW w:type="dxa" w:w="7597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7B8088"/>
                <w:sz w:val="19"/>
              </w:rPr>
              <w:t>번역 부문에 투고하실 때만 — 원작자 · 원작 제목 · 원어를 적으십시오</w:t>
            </w:r>
          </w:p>
        </w:tc>
      </w:tr>
    </w:tbl>
    <w:p>
      <w:pPr>
        <w:spacing w:before="360" w:after="40"/>
        <w:jc w:val="left"/>
        <w:keepNext/>
      </w:pPr>
      <w:r>
        <w:rPr>
          <w:rFonts w:ascii="바탕" w:hAnsi="바탕" w:eastAsia="바탕"/>
          <w:b/>
          <w:color w:val="202F3D"/>
          <w:sz w:val="22"/>
        </w:rPr>
        <w:t>2. 투고자 사항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1814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성명</w:t>
            </w:r>
          </w:p>
        </w:tc>
        <w:tc>
          <w:tcPr>
            <w:tcW w:type="dxa" w:w="7824"/>
          </w:tcPr>
          <w:p>
            <w:pPr>
              <w:spacing w:before="40" w:after="40"/>
            </w:pPr>
          </w:p>
        </w:tc>
      </w:tr>
      <w:tr>
        <w:trPr>
          <w:cantSplit/>
        </w:trPr>
        <w:tc>
          <w:tcPr>
            <w:tcW w:type="dxa" w:w="1814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필명</w:t>
            </w:r>
          </w:p>
        </w:tc>
        <w:tc>
          <w:tcPr>
            <w:tcW w:type="dxa" w:w="7824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7B8088"/>
                <w:sz w:val="19"/>
              </w:rPr>
              <w:t>쓰시는 경우에만 적으십시오</w:t>
            </w:r>
          </w:p>
        </w:tc>
      </w:tr>
      <w:tr>
        <w:trPr>
          <w:cantSplit/>
        </w:trPr>
        <w:tc>
          <w:tcPr>
            <w:tcW w:type="dxa" w:w="1814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생년월일</w:t>
            </w:r>
          </w:p>
        </w:tc>
        <w:tc>
          <w:tcPr>
            <w:tcW w:type="dxa" w:w="7824"/>
          </w:tcPr>
          <w:p>
            <w:pPr>
              <w:spacing w:before="40" w:after="40"/>
            </w:pPr>
          </w:p>
        </w:tc>
      </w:tr>
      <w:tr>
        <w:trPr>
          <w:cantSplit/>
        </w:trPr>
        <w:tc>
          <w:tcPr>
            <w:tcW w:type="dxa" w:w="1814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주소</w:t>
            </w:r>
          </w:p>
        </w:tc>
        <w:tc>
          <w:tcPr>
            <w:tcW w:type="dxa" w:w="7824"/>
          </w:tcPr>
          <w:p>
            <w:pPr>
              <w:spacing w:before="40" w:after="40"/>
            </w:pPr>
          </w:p>
        </w:tc>
      </w:tr>
      <w:tr>
        <w:trPr>
          <w:cantSplit/>
        </w:trPr>
        <w:tc>
          <w:tcPr>
            <w:tcW w:type="dxa" w:w="1814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연락처</w:t>
            </w:r>
          </w:p>
        </w:tc>
        <w:tc>
          <w:tcPr>
            <w:tcW w:type="dxa" w:w="7824"/>
          </w:tcPr>
          <w:p>
            <w:pPr>
              <w:spacing w:before="40" w:after="40"/>
            </w:pPr>
          </w:p>
        </w:tc>
      </w:tr>
      <w:tr>
        <w:trPr>
          <w:cantSplit/>
        </w:trPr>
        <w:tc>
          <w:tcPr>
            <w:tcW w:type="dxa" w:w="1814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전자우편</w:t>
            </w:r>
          </w:p>
        </w:tc>
        <w:tc>
          <w:tcPr>
            <w:tcW w:type="dxa" w:w="7824"/>
          </w:tcPr>
          <w:p>
            <w:pPr>
              <w:spacing w:before="40" w:after="40"/>
            </w:pPr>
          </w:p>
        </w:tc>
      </w:tr>
      <w:tr>
        <w:trPr>
          <w:cantSplit/>
        </w:trPr>
        <w:tc>
          <w:tcPr>
            <w:tcW w:type="dxa" w:w="1814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등단 여부</w:t>
            </w:r>
          </w:p>
        </w:tc>
        <w:tc>
          <w:tcPr>
            <w:tcW w:type="dxa" w:w="7824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7B8088"/>
                <w:sz w:val="19"/>
              </w:rPr>
              <w:t>[   ] 기성문인 (등단 연도·매체 :              )   [   ] 신인</w:t>
            </w:r>
          </w:p>
        </w:tc>
      </w:tr>
      <w:tr>
        <w:trPr>
          <w:cantSplit/>
        </w:trPr>
        <w:tc>
          <w:tcPr>
            <w:tcW w:type="dxa" w:w="1814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문학 활동 및 약력</w:t>
            </w:r>
          </w:p>
        </w:tc>
        <w:tc>
          <w:tcPr>
            <w:tcW w:type="dxa" w:w="7824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7B8088"/>
                <w:sz w:val="19"/>
              </w:rPr>
              <w:t>간략히 적으십시오</w:t>
            </w:r>
          </w:p>
        </w:tc>
      </w:tr>
    </w:tbl>
    <w:p>
      <w:pPr>
        <w:spacing w:before="360" w:after="40"/>
        <w:jc w:val="left"/>
        <w:keepNext/>
      </w:pPr>
      <w:r>
        <w:rPr>
          <w:rFonts w:ascii="바탕" w:hAnsi="바탕" w:eastAsia="바탕"/>
          <w:b/>
          <w:color w:val="202F3D"/>
          <w:sz w:val="22"/>
        </w:rPr>
        <w:t>3. 확인 사항</w:t>
      </w:r>
    </w:p>
    <w:p>
      <w:pPr>
        <w:spacing w:before="0" w:after="40"/>
        <w:jc w:val="left"/>
      </w:pPr>
      <w:r>
        <w:rPr>
          <w:rFonts w:ascii="바탕" w:hAnsi="바탕" w:eastAsia="바탕"/>
          <w:b w:val="0"/>
          <w:color w:val="7B8088"/>
          <w:sz w:val="19"/>
        </w:rPr>
        <w:t>아래 항목을 확인하시고 [   ] 안에 V 를 적어 주십시오.</w:t>
      </w:r>
    </w:p>
    <w:p>
      <w:pPr>
        <w:spacing w:before="0" w:after="20"/>
        <w:jc w:val="left"/>
      </w:pPr>
      <w:r>
        <w:rPr>
          <w:rFonts w:ascii="바탕" w:hAnsi="바탕" w:eastAsia="바탕"/>
          <w:b w:val="0"/>
          <w:sz w:val="20"/>
        </w:rPr>
        <w:t>[   ] 이 작품은 국내외 어느 지면이나 온라인 매체에도 발표하지 않은 순수 창작품입니다.</w:t>
      </w:r>
    </w:p>
    <w:p>
      <w:pPr>
        <w:spacing w:before="0" w:after="20"/>
        <w:jc w:val="left"/>
      </w:pPr>
      <w:r>
        <w:rPr>
          <w:rFonts w:ascii="바탕" w:hAnsi="바탕" w:eastAsia="바탕"/>
          <w:b w:val="0"/>
          <w:sz w:val="20"/>
        </w:rPr>
        <w:t>[   ] 다른 지면에 게재가 확정되었거나 현재 심사 · 검토가 진행 중인 작품이 아닙니다.</w:t>
      </w:r>
    </w:p>
    <w:p>
      <w:pPr>
        <w:spacing w:before="0" w:after="20"/>
        <w:jc w:val="left"/>
      </w:pPr>
      <w:r>
        <w:rPr>
          <w:rFonts w:ascii="바탕" w:hAnsi="바탕" w:eastAsia="바탕"/>
          <w:b w:val="0"/>
          <w:sz w:val="20"/>
        </w:rPr>
        <w:t>[   ] 표절 · 모방 · 도용 · 중복투고 · 대리 창작으로 작성한 작품이 아닙니다.</w:t>
      </w:r>
    </w:p>
    <w:p>
      <w:pPr>
        <w:spacing w:before="0" w:after="20"/>
        <w:jc w:val="left"/>
      </w:pPr>
      <w:r>
        <w:rPr>
          <w:rFonts w:ascii="바탕" w:hAnsi="바탕" w:eastAsia="바탕"/>
          <w:b w:val="0"/>
          <w:sz w:val="20"/>
        </w:rPr>
        <w:t>[   ] 게재작을 도서출판 청람서루가 발행하는 『청람서루』와 그 홍보물 · 전자매체 등에 게재하는 데 동의합니다. (구체적인 사용 범위와 기간은 저자와 협의하여 정합니다)</w:t>
      </w:r>
    </w:p>
    <w:p>
      <w:pPr>
        <w:spacing w:before="0" w:after="20"/>
        <w:jc w:val="left"/>
      </w:pPr>
      <w:r>
        <w:rPr>
          <w:rFonts w:ascii="바탕" w:hAnsi="바탕" w:eastAsia="바탕"/>
          <w:b w:val="0"/>
          <w:sz w:val="20"/>
        </w:rPr>
        <w:t>[   ] 번역 부문에 투고하는 경우, 원작자 또는 저작권자의 동의를 받았습니다. (해당하지 않으면 비워 두십시오)</w:t>
      </w:r>
    </w:p>
    <w:p>
      <w:pPr>
        <w:spacing w:before="360" w:after="40"/>
        <w:jc w:val="left"/>
        <w:keepNext/>
      </w:pPr>
      <w:r>
        <w:rPr>
          <w:rFonts w:ascii="바탕" w:hAnsi="바탕" w:eastAsia="바탕"/>
          <w:b/>
          <w:color w:val="202F3D"/>
          <w:sz w:val="22"/>
        </w:rPr>
        <w:t>4. 인공지능 활용 여부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2268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활용 정도</w:t>
            </w:r>
          </w:p>
        </w:tc>
        <w:tc>
          <w:tcPr>
            <w:tcW w:type="dxa" w:w="7370"/>
          </w:tcPr>
          <w:p>
            <w:pPr>
              <w:tabs>
                <w:tab w:pos="2154" w:val="left"/>
              </w:tabs>
              <w:spacing w:before="40" w:after="40"/>
            </w:pPr>
            <w:r>
              <w:rPr>
                <w:rFonts w:ascii="바탕" w:hAnsi="바탕" w:eastAsia="바탕"/>
                <w:b w:val="0"/>
                <w:color w:val="7B8088"/>
                <w:sz w:val="19"/>
              </w:rPr>
              <w:t>이 글에서 인공지능이 쓴 몫이 얼마쯤인지 표시해 주십시오.</w:t>
              <w:br/>
              <w:t>[   ] 없음</w:t>
              <w:tab/>
              <w:t>[   ] 아주 조금 — 손질하는 정도</w:t>
              <w:br/>
              <w:t>[   ] 일부</w:t>
              <w:tab/>
              <w:t>[   ] 절반쯤</w:t>
              <w:br/>
              <w:t>[   ] 대부분</w:t>
              <w:tab/>
              <w:t>[   ] 거의 전부</w:t>
            </w:r>
          </w:p>
        </w:tc>
      </w:tr>
      <w:tr>
        <w:trPr>
          <w:cantSplit/>
        </w:trPr>
        <w:tc>
          <w:tcPr>
            <w:tcW w:type="dxa" w:w="2268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활용 위치</w:t>
            </w:r>
          </w:p>
        </w:tc>
        <w:tc>
          <w:tcPr>
            <w:tcW w:type="dxa" w:w="7370"/>
          </w:tcPr>
          <w:p>
            <w:pPr>
              <w:tabs>
                <w:tab w:pos="2721" w:val="left"/>
              </w:tabs>
              <w:spacing w:before="40" w:after="40"/>
            </w:pPr>
            <w:r>
              <w:rPr>
                <w:rFonts w:ascii="바탕" w:hAnsi="바탕" w:eastAsia="바탕"/>
                <w:b w:val="0"/>
                <w:color w:val="7B8088"/>
                <w:sz w:val="19"/>
              </w:rPr>
              <w:t>해당하는 것을 모두 표시하십시오. (쓰지 않으셨으면 비워 두십시오)</w:t>
              <w:br/>
              <w:t>[   ] 착상 · 소재 찾기</w:t>
              <w:tab/>
              <w:t>[   ] 자료 조사 · 사실 확인</w:t>
              <w:br/>
              <w:t>[   ] 초고 쓰기</w:t>
              <w:tab/>
              <w:t>[   ] 구성 · 배열</w:t>
              <w:br/>
              <w:t>[   ] 문장 다듬기 · 교정</w:t>
              <w:tab/>
              <w:t>[   ] 제목 짓기</w:t>
              <w:br/>
              <w:t>[   ] 번역</w:t>
              <w:br/>
              <w:t>[   ] 그 밖에 (                    )</w:t>
            </w:r>
          </w:p>
        </w:tc>
      </w:tr>
      <w:tr>
        <w:trPr>
          <w:cantSplit/>
        </w:trPr>
        <w:tc>
          <w:tcPr>
            <w:tcW w:type="dxa" w:w="2268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활용 방법</w:t>
            </w:r>
          </w:p>
        </w:tc>
        <w:tc>
          <w:tcPr>
            <w:tcW w:type="dxa" w:w="7370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7B8088"/>
                <w:sz w:val="19"/>
              </w:rPr>
              <w:t>사용하신 AI 도구와 해당 도구가 활용된 부분을 한두 줄로 적어 주세요. (예: ChatGPT, Claude 등) 덧붙이고 싶은 내용이 있다면 편하게 함께 작성해 주셔도 됩니다.</w:t>
            </w:r>
          </w:p>
          <w:p/>
          <w:p/>
          <w:p/>
          <w:p/>
        </w:tc>
      </w:tr>
    </w:tbl>
    <w:p>
      <w:pPr>
        <w:spacing w:before="60" w:after="20"/>
        <w:jc w:val="left"/>
      </w:pPr>
      <w:r>
        <w:rPr>
          <w:rFonts w:ascii="바탕" w:hAnsi="바탕" w:eastAsia="바탕"/>
          <w:b w:val="0"/>
          <w:color w:val="7B8088"/>
          <w:sz w:val="19"/>
        </w:rPr>
        <w:t>도구를 들었다는 사실만으로 글을 가늠하지 않고자, 요청드립니다.</w:t>
      </w:r>
    </w:p>
    <w:p>
      <w:pPr>
        <w:spacing w:before="0" w:after="40"/>
        <w:jc w:val="left"/>
      </w:pPr>
      <w:r>
        <w:rPr>
          <w:rFonts w:ascii="바탕" w:hAnsi="바탕" w:eastAsia="바탕"/>
          <w:b w:val="0"/>
          <w:color w:val="7B8088"/>
          <w:sz w:val="17"/>
        </w:rPr>
        <w:t>※ 국제 출판윤리 기준(COPE · ICMJE)과 문화체육관광부 · 한국저작권위원회 「생성형 AI 저작권 안내서」의 관점을 따릅니다.</w:t>
      </w:r>
    </w:p>
    <w:p>
      <w:pPr>
        <w:spacing w:before="360" w:after="40"/>
        <w:jc w:val="left"/>
        <w:keepNext/>
      </w:pPr>
      <w:r>
        <w:rPr>
          <w:rFonts w:ascii="바탕" w:hAnsi="바탕" w:eastAsia="바탕"/>
          <w:b/>
          <w:color w:val="202F3D"/>
          <w:sz w:val="22"/>
        </w:rPr>
        <w:t>5. 개인정보 수집 · 이용 동의</w:t>
      </w:r>
    </w:p>
    <w:p>
      <w:pPr>
        <w:spacing w:before="0" w:after="40"/>
        <w:jc w:val="left"/>
      </w:pPr>
      <w:r>
        <w:rPr>
          <w:rFonts w:ascii="바탕" w:hAnsi="바탕" w:eastAsia="바탕"/>
          <w:b/>
          <w:color w:val="202F3D"/>
          <w:sz w:val="20"/>
        </w:rPr>
        <w:t>도서출판 청람서루는 『청람서루』 원고 투고 접수를 위하여 아래와 같이 개인정보를 수집 · 이용합니다.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19"/>
        </w:rPr>
        <w:t>· 수집 항목 — 성명 · 필명 · 생년월일 · 주소 · 연락처 · 전자우편 주소 · 문학 활동 및 약력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19"/>
        </w:rPr>
        <w:t>· 이용 목적 — 투고 접수 확인, 심사 진행, 결과 통보, 게재 시 저자 표기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sz w:val="19"/>
        </w:rPr>
        <w:t>· 보유 기간 — 투고 접수 후 관계 법령과 내부 규정에 따라 일정 기간 보관한 뒤 안전하게 폐기합니다</w:t>
      </w:r>
    </w:p>
    <w:p>
      <w:pPr>
        <w:spacing w:before="40" w:after="40"/>
        <w:jc w:val="left"/>
      </w:pPr>
      <w:r>
        <w:rPr>
          <w:rFonts w:ascii="바탕" w:hAnsi="바탕" w:eastAsia="바탕"/>
          <w:b w:val="0"/>
          <w:color w:val="7B8088"/>
          <w:sz w:val="19"/>
        </w:rPr>
        <w:t>동의를 거부하실 수 있으나, 투고자 확인과 결과 통보가 불가능하여 접수가 어렵습니다.</w:t>
      </w:r>
    </w:p>
    <w:p>
      <w:pPr>
        <w:spacing w:before="0" w:after="80"/>
        <w:jc w:val="left"/>
      </w:pPr>
      <w:r>
        <w:rPr>
          <w:rFonts w:ascii="바탕" w:hAnsi="바탕" w:eastAsia="바탕"/>
          <w:b w:val="0"/>
          <w:sz w:val="20"/>
        </w:rPr>
        <w:t>[   ] 동의합니다          [   ] 동의하지 않습니다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1814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작성 날짜</w:t>
            </w:r>
          </w:p>
        </w:tc>
        <w:tc>
          <w:tcPr>
            <w:tcW w:type="dxa" w:w="7824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7B8088"/>
                <w:sz w:val="19"/>
              </w:rPr>
              <w:t xml:space="preserve">        년        월        일   (오늘 날짜를 적으십시오)</w:t>
            </w:r>
          </w:p>
        </w:tc>
      </w:tr>
      <w:tr>
        <w:trPr>
          <w:cantSplit/>
        </w:trPr>
        <w:tc>
          <w:tcPr>
            <w:tcW w:type="dxa" w:w="1814"/>
            <w:shd w:val="clear" w:fill="EEF1F4"/>
          </w:tcPr>
          <w:p>
            <w:pPr>
              <w:spacing w:before="40" w:after="40"/>
            </w:pPr>
            <w:r>
              <w:rPr>
                <w:rFonts w:ascii="바탕" w:hAnsi="바탕" w:eastAsia="바탕"/>
                <w:b/>
                <w:color w:val="202F3D"/>
                <w:sz w:val="20"/>
              </w:rPr>
              <w:t>투고자 성명</w:t>
            </w:r>
          </w:p>
        </w:tc>
        <w:tc>
          <w:tcPr>
            <w:tcW w:type="dxa" w:w="7824"/>
          </w:tcPr>
          <w:p>
            <w:pPr>
              <w:spacing w:before="40" w:after="40"/>
            </w:pPr>
            <w:r>
              <w:rPr>
                <w:rFonts w:ascii="바탕" w:hAnsi="바탕" w:eastAsia="바탕"/>
                <w:b w:val="0"/>
                <w:color w:val="7B8088"/>
                <w:sz w:val="19"/>
              </w:rPr>
              <w:t>성명을 적는 것으로 서명을 갈음합니다</w:t>
            </w:r>
          </w:p>
        </w:tc>
      </w:tr>
    </w:tbl>
    <w:p>
      <w:pPr>
        <w:spacing w:before="60" w:after="0"/>
        <w:jc w:val="left"/>
      </w:pPr>
      <w:r>
        <w:rPr>
          <w:rFonts w:ascii="바탕" w:hAnsi="바탕" w:eastAsia="바탕"/>
          <w:b w:val="0"/>
          <w:color w:val="7B8088"/>
          <w:sz w:val="17"/>
        </w:rPr>
        <w:t>접수  전자우편 cheonglamseoru@gmail.com</w:t>
      </w:r>
    </w:p>
    <w:p>
      <w:pPr>
        <w:spacing w:before="0" w:after="0"/>
        <w:jc w:val="left"/>
      </w:pPr>
      <w:r>
        <w:rPr>
          <w:rFonts w:ascii="바탕" w:hAnsi="바탕" w:eastAsia="바탕"/>
          <w:b w:val="0"/>
          <w:color w:val="7B8088"/>
          <w:sz w:val="17"/>
        </w:rPr>
        <w:t>검토를 마치면 전자우편으로 알려 드립니다.</w:t>
      </w:r>
    </w:p>
    <w:sectPr w:rsidR="00FC693F" w:rsidRPr="0006063C" w:rsidSect="00034616">
      <w:pgSz w:w="11906" w:h="16838"/>
      <w:pgMar w:top="850" w:right="1134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