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바탕" w:hAnsi="바탕" w:eastAsia="바탕"/>
          <w:b/>
          <w:color w:val="202F3D"/>
          <w:sz w:val="30"/>
        </w:rPr>
        <w:t>《사람이 시대를 걷는다》</w:t>
      </w:r>
    </w:p>
    <w:p>
      <w:pPr>
        <w:spacing w:before="0" w:after="280"/>
        <w:jc w:val="center"/>
      </w:pPr>
      <w:r>
        <w:rPr>
          <w:rFonts w:ascii="바탕" w:hAnsi="바탕" w:eastAsia="바탕"/>
          <w:b w:val="0"/>
          <w:color w:val="33475A"/>
          <w:sz w:val="23"/>
        </w:rPr>
        <w:t>인물 이야기 작성 질문지</w:t>
      </w:r>
    </w:p>
    <w:p>
      <w:pPr>
        <w:spacing w:before="0" w:after="80"/>
        <w:jc w:val="left"/>
      </w:pPr>
      <w:r>
        <w:rPr>
          <w:rFonts w:ascii="바탕" w:hAnsi="바탕" w:eastAsia="바탕"/>
          <w:b w:val="0"/>
          <w:color w:val="7B8088"/>
          <w:sz w:val="20"/>
        </w:rPr>
        <w:t>이 질문지는 답을 적어 보내 주시기 위한 서식입니다. 각 질문 아래 빈 줄에 편하게 적어 주십시오.</w:t>
      </w:r>
    </w:p>
    <w:p>
      <w:pPr>
        <w:spacing w:before="0" w:after="320"/>
        <w:jc w:val="left"/>
      </w:pPr>
      <w:r>
        <w:rPr>
          <w:rFonts w:ascii="바탕" w:hAnsi="바탕" w:eastAsia="바탕"/>
          <w:b w:val="0"/>
          <w:color w:val="7B8088"/>
          <w:sz w:val="20"/>
        </w:rPr>
        <w:t>모든 질문에 답하지 않으셔도 됩니다. 기억나는 것만 적으셔도 좋습니다.</w:t>
      </w: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1. 기본 사항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성함은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호나 별명이 있다면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언제, 어디에서 태어나셨습니까?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현재 하시는 일은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주요 경력을 간단히 적어 주십시오.</w:t>
      </w:r>
    </w:p>
    <w:p>
      <w:pPr>
        <w:spacing w:before="40" w:after="200"/>
        <w:jc w:val="left"/>
      </w:pP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2. 어린 시절과 성장 과정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어린 시절을 보낸 고향은 어떤 곳이었습니까?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부모님과 형제자매에 대한 가장 선명한 기억은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어린 시절 가장 잊히지 않는 사건은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어린 시절 가정 형편과 생활환경은 어떠했습니까?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부모님이나 어른들께 가장 자주 들었던 말씀은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어린 시절 자신에게 가장 큰 영향을 준 사람은 누구입니까?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어린 시절 꿈은 무엇이었습니까?</w:t>
      </w:r>
    </w:p>
    <w:p>
      <w:pPr>
        <w:spacing w:before="40" w:after="200"/>
        <w:jc w:val="left"/>
      </w:pP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3. 삶의 길과 직업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현재의 직업이나 삶의 길을 선택한 이유는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첫 직장이나 첫 현장에서 가장 기억에 남는 일은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인생의 방향을 바꾼 중요한 선택은 무엇이었습니까?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그 선택을 하며 포기하거나 감수해야 했던 것은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주변의 반대나 어려움은 없었습니까?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그 길을 걷는 데 도움을 준 스승이나 은인은 누구입니까?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다시 그때로 돌아가도 같은 길을 선택하시겠습니까?</w:t>
      </w:r>
    </w:p>
    <w:p>
      <w:pPr>
        <w:spacing w:before="40" w:after="200"/>
        <w:jc w:val="left"/>
      </w:pP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4. 성공과 실패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인생에서 가장 자랑스러웠던 순간은 언제입니까?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가장 큰 성취는 무엇이라고 생각하십니까?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가장 힘들거나 어두웠던 시기는 언제입니까?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가장 크게 실패하거나 좌절했던 일은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어려울 때 손을 내밀어 준 사람은 누구입니까?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실패와 시련을 통해 무엇을 배우셨습니까?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다시 돌아가 사과하거나 감사하고 싶은 사람이 있습니까?</w:t>
      </w:r>
    </w:p>
    <w:p>
      <w:pPr>
        <w:spacing w:before="40" w:after="200"/>
        <w:jc w:val="left"/>
      </w:pP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5. 따뜻한 인연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평생 잊을 수 없는 은인은 누구입니까?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다른 사람에게 받은 가장 따뜻한 배려는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자신이 누군가에게 베풀었던 일 가운데 기억에 남는 것은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가족, 친구, 동료 가운데 특별히 고마운 사람은 누구입니까?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지금까지 살아오며 가장 소중하게 맺은 인연은 무엇입니까?</w:t>
      </w:r>
    </w:p>
    <w:p>
      <w:pPr>
        <w:spacing w:before="40" w:after="200"/>
        <w:jc w:val="left"/>
      </w:pP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6. 유쾌하고 인간적인 이야기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지금 생각해도 웃음이 나는 실수는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직장이나 가정에서 있었던 재미있는 일은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자신에게 붙은 별명이나 독특한 습관이 있습니까?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가족이나 동료들은 자신을 어떤 사람이라고 말합니까?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자신이 생각하는 가장 인간적인 약점이나 허점은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평소 즐기는 취미나 소박한 즐거움은 무엇입니까?</w:t>
      </w:r>
    </w:p>
    <w:p>
      <w:pPr>
        <w:spacing w:before="40" w:after="200"/>
        <w:jc w:val="left"/>
      </w:pP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7. 삶의 원칙과 가치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살아오며 가장 중요하게 지켜 온 원칙은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자신의 직업에서 반드시 지키려 한 자세는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돈, 명예, 성공 가운데 가장 중요하다고 생각하는 것은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삶에서 절대로 포기하지 않으려는 가치는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자신을 한마디로 표현한다면 어떤 사람입니까?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자신의 삶을 상징하는 물건이나 장소가 있다면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그 물건이나 장소에는 어떤 사연이 담겨 있습니까?</w:t>
      </w:r>
    </w:p>
    <w:p>
      <w:pPr>
        <w:spacing w:before="40" w:after="200"/>
        <w:jc w:val="left"/>
      </w:pPr>
    </w:p>
    <w:p>
      <w:pPr>
        <w:spacing w:before="200" w:after="160"/>
        <w:jc w:val="left"/>
      </w:pPr>
      <w:r>
        <w:rPr>
          <w:rFonts w:ascii="바탕" w:hAnsi="바탕" w:eastAsia="바탕"/>
          <w:b/>
          <w:color w:val="202F3D"/>
          <w:sz w:val="24"/>
        </w:rPr>
        <w:t>8. 다음 세대에게 남길 말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후배나 젊은 세대에게 꼭 들려주고 싶은 말은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젊은 시절의 자신에게 한마디를 한다면 무엇이라고 말하고 싶습니까?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앞으로 꼭 이루고 싶은 일은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사람들에게 어떤 사람으로 기억되고 싶습니까?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마지막까지 지키고 싶은 약속은 무엇입니까?</w:t>
      </w:r>
    </w:p>
    <w:p>
      <w:pPr>
        <w:spacing w:before="40" w:after="200"/>
        <w:jc w:val="left"/>
      </w:pP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21"/>
        </w:rPr>
        <w:t>자신의 삶을 한 문장으로 남긴다면 무엇입니까?</w:t>
      </w:r>
    </w:p>
    <w:p>
      <w:pPr>
        <w:spacing w:before="40" w:after="200"/>
        <w:jc w:val="left"/>
      </w:pPr>
    </w:p>
    <w:p>
      <w:pPr>
        <w:spacing w:before="200" w:after="120"/>
        <w:jc w:val="left"/>
      </w:pPr>
      <w:r>
        <w:rPr>
          <w:rFonts w:ascii="바탕" w:hAnsi="바탕" w:eastAsia="바탕"/>
          <w:b/>
          <w:color w:val="202F3D"/>
          <w:sz w:val="24"/>
        </w:rPr>
        <w:t>사진 자료</w:t>
      </w:r>
    </w:p>
    <w:p>
      <w:pPr>
        <w:spacing w:before="0" w:after="120"/>
        <w:jc w:val="left"/>
      </w:pPr>
      <w:r>
        <w:rPr>
          <w:rFonts w:ascii="바탕" w:hAnsi="바탕" w:eastAsia="바탕"/>
          <w:b w:val="0"/>
          <w:sz w:val="21"/>
        </w:rPr>
        <w:t>다음 사진 가운데 2~4장을 보내 주십시오.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sz w:val="21"/>
        </w:rPr>
        <w:t>· 어린 시절 또는 청년 시절 사진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sz w:val="21"/>
        </w:rPr>
        <w:t>· 일하는 모습이 담긴 사진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sz w:val="21"/>
        </w:rPr>
        <w:t>· 가족·동료·스승·은인과 함께 찍은 사진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sz w:val="21"/>
        </w:rPr>
        <w:t>· 삶을 상징하는 장소나 물건 사진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sz w:val="21"/>
        </w:rPr>
        <w:t>· 최근에 촬영한 자연스러운 인물 사진</w:t>
      </w:r>
    </w:p>
    <w:p>
      <w:pPr>
        <w:spacing w:before="80" w:after="280"/>
        <w:jc w:val="left"/>
      </w:pPr>
      <w:r>
        <w:rPr>
          <w:rFonts w:ascii="바탕" w:hAnsi="바탕" w:eastAsia="바탕"/>
          <w:b w:val="0"/>
          <w:color w:val="7B8088"/>
          <w:sz w:val="20"/>
        </w:rPr>
        <w:t>각 사진에는 촬영 시기, 장소, 사진 속 인물, 짧은 사연을 함께 적어 주십시오.</w:t>
      </w:r>
    </w:p>
    <w:p>
      <w:pPr>
        <w:spacing w:before="120" w:after="120"/>
        <w:jc w:val="left"/>
      </w:pPr>
      <w:r>
        <w:rPr>
          <w:rFonts w:ascii="바탕" w:hAnsi="바탕" w:eastAsia="바탕"/>
          <w:b/>
          <w:color w:val="202F3D"/>
          <w:sz w:val="24"/>
        </w:rPr>
        <w:t>작성 안내</w:t>
      </w:r>
    </w:p>
    <w:p>
      <w:pPr>
        <w:spacing w:before="0" w:after="160"/>
        <w:jc w:val="left"/>
      </w:pPr>
      <w:r>
        <w:rPr>
          <w:rFonts w:ascii="바탕" w:hAnsi="바탕" w:eastAsia="바탕"/>
          <w:b w:val="0"/>
          <w:sz w:val="21"/>
        </w:rPr>
        <w:t>모든 질문에 길게 답하지 않으셔도 됩니다. 기억나는 내용을 편안하게 적어 주시면 됩니다.</w:t>
      </w:r>
    </w:p>
    <w:p>
      <w:pPr>
        <w:spacing w:before="0" w:after="160"/>
        <w:jc w:val="left"/>
      </w:pPr>
      <w:r>
        <w:rPr>
          <w:rFonts w:ascii="바탕" w:hAnsi="바탕" w:eastAsia="바탕"/>
          <w:b w:val="0"/>
          <w:sz w:val="21"/>
        </w:rPr>
        <w:t>짧은 문장, 메모, 대화체로 적어도 괜찮습니다. 정확한 문장이나 완성된 글이 아니어도 됩니다.</w:t>
      </w:r>
    </w:p>
    <w:p>
      <w:pPr>
        <w:spacing w:before="0" w:after="160"/>
        <w:jc w:val="left"/>
      </w:pPr>
      <w:r>
        <w:rPr>
          <w:rFonts w:ascii="바탕" w:hAnsi="바탕" w:eastAsia="바탕"/>
          <w:b w:val="0"/>
          <w:sz w:val="21"/>
        </w:rPr>
        <w:t>자신의 삶에서 가장 기억에 남는 장면, 사람, 사건, 실패, 웃음, 감사, 교훈을 중심으로 솔직하게 들려주십시오.</w:t>
      </w:r>
    </w:p>
    <w:p>
      <w:pPr>
        <w:spacing w:before="0" w:after="160"/>
        <w:jc w:val="left"/>
      </w:pPr>
      <w:r>
        <w:rPr>
          <w:rFonts w:ascii="바탕" w:hAnsi="바탕" w:eastAsia="바탕"/>
          <w:b w:val="0"/>
          <w:sz w:val="21"/>
        </w:rPr>
        <w:t>보내 주신 내용을 바탕으로 《청람서루》 집필진이 한 편의 완성된 인물 이야기로 정리합니다.</w:t>
      </w:r>
    </w:p>
    <w:p>
      <w:pPr>
        <w:spacing w:before="240" w:after="120"/>
        <w:jc w:val="left"/>
      </w:pPr>
      <w:r>
        <w:rPr>
          <w:rFonts w:ascii="바탕" w:hAnsi="바탕" w:eastAsia="바탕"/>
          <w:b/>
          <w:color w:val="202F3D"/>
          <w:sz w:val="24"/>
        </w:rPr>
        <w:t>보내실 곳</w:t>
      </w:r>
    </w:p>
    <w:p>
      <w:pPr>
        <w:spacing w:before="0" w:after="240"/>
        <w:jc w:val="left"/>
      </w:pPr>
      <w:r>
        <w:rPr>
          <w:rFonts w:ascii="바탕" w:hAnsi="바탕" w:eastAsia="바탕"/>
          <w:b w:val="0"/>
          <w:sz w:val="21"/>
        </w:rPr>
        <w:t>전자우편    cheonglamseoru@gmail.com</w:t>
      </w:r>
    </w:p>
    <w:p>
      <w:pPr>
        <w:spacing w:before="0" w:after="80"/>
        <w:jc w:val="left"/>
      </w:pPr>
      <w:r>
        <w:rPr>
          <w:rFonts w:ascii="바탕" w:hAnsi="바탕" w:eastAsia="바탕"/>
          <w:b w:val="0"/>
          <w:color w:val="7B8088"/>
          <w:sz w:val="21"/>
        </w:rPr>
        <w:t>고맙습니다.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